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9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8"/>
        <w:gridCol w:w="6972"/>
      </w:tblGrid>
      <w:tr>
        <w:trPr/>
        <w:tc>
          <w:tcPr>
            <w:tcW w:w="3118" w:type="dxa"/>
            <w:tcBorders/>
            <w:shd w:color="auto" w:fill="D9E2F3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color w:val="1F4E79"/>
                <w:sz w:val="24"/>
              </w:rPr>
            </w:pPr>
            <w:r>
              <w:rPr/>
              <w:drawing>
                <wp:anchor behindDoc="0" distT="0" distB="0" distL="0" distR="0" simplePos="0" locked="0" layoutInCell="0" allowOverlap="1" relativeHeight="2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-34290</wp:posOffset>
                  </wp:positionV>
                  <wp:extent cx="607060" cy="607060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2" w:type="dxa"/>
            <w:tcBorders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b/>
                <w:color w:val="1F4E79"/>
                <w:sz w:val="36"/>
              </w:rPr>
              <w:t>FICHE DE RÉCLAMATION</w:t>
            </w:r>
            <w:r>
              <w:rPr/>
              <w:br/>
            </w:r>
            <w:r>
              <w:rPr>
                <w:i/>
                <w:color w:val="707070"/>
                <w:sz w:val="18"/>
              </w:rPr>
              <w:t>Conforme au système de management ISO 21001:2018</w:t>
            </w:r>
          </w:p>
        </w:tc>
      </w:tr>
    </w:tbl>
    <w:p>
      <w:pPr>
        <w:pStyle w:val="Normal"/>
        <w:pBdr>
          <w:bottom w:val="single" w:sz="6" w:space="1" w:color="1F4E79"/>
        </w:pBdr>
        <w:spacing w:before="40" w:after="40"/>
        <w:rPr/>
      </w:pPr>
      <w:r>
        <w:rPr/>
      </w:r>
    </w:p>
    <w:p>
      <w:pPr>
        <w:pStyle w:val="Normal"/>
        <w:spacing w:before="80" w:after="0"/>
        <w:rPr/>
      </w:pPr>
      <w:r>
        <w:rPr/>
      </w:r>
    </w:p>
    <w:p>
      <w:pPr>
        <w:pStyle w:val="Normal"/>
        <w:spacing w:before="120" w:after="80"/>
        <w:rPr/>
      </w:pPr>
      <w:r>
        <w:rPr>
          <w:b/>
          <w:color w:val="1F4E79"/>
          <w:sz w:val="22"/>
        </w:rPr>
        <w:t>PARTIE 1 — INFORMATIONS DU RÉCLAMANT</w:t>
      </w:r>
    </w:p>
    <w:tbl>
      <w:tblPr>
        <w:tblW w:w="1009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51"/>
        <w:gridCol w:w="7539"/>
      </w:tblGrid>
      <w:tr>
        <w:trPr/>
        <w:tc>
          <w:tcPr>
            <w:tcW w:w="2551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b/>
                <w:sz w:val="20"/>
              </w:rPr>
              <w:t>Nom :</w:t>
            </w:r>
          </w:p>
        </w:tc>
        <w:tc>
          <w:tcPr>
            <w:tcW w:w="7539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color w:val="BBBBBB"/>
                <w:sz w:val="20"/>
              </w:rPr>
              <w:t>____________________________________________________________________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b/>
                <w:sz w:val="20"/>
              </w:rPr>
              <w:t>Prénom :</w:t>
            </w:r>
          </w:p>
        </w:tc>
        <w:tc>
          <w:tcPr>
            <w:tcW w:w="7539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color w:val="BBBBBB"/>
                <w:sz w:val="20"/>
              </w:rPr>
              <w:t>____________________________________________________________________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b/>
                <w:sz w:val="20"/>
              </w:rPr>
              <w:t>Adresse e-mail :</w:t>
            </w:r>
          </w:p>
        </w:tc>
        <w:tc>
          <w:tcPr>
            <w:tcW w:w="7539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color w:val="BBBBBB"/>
                <w:sz w:val="20"/>
              </w:rPr>
              <w:t>____________________________________________________________________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b/>
                <w:sz w:val="20"/>
              </w:rPr>
              <w:t>Téléphone :</w:t>
            </w:r>
          </w:p>
        </w:tc>
        <w:tc>
          <w:tcPr>
            <w:tcW w:w="7539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color w:val="BBBBBB"/>
                <w:sz w:val="20"/>
              </w:rPr>
              <w:t>____________________________________________________________________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b/>
                <w:sz w:val="20"/>
              </w:rPr>
              <w:t>Qualité :</w:t>
            </w:r>
          </w:p>
        </w:tc>
        <w:tc>
          <w:tcPr>
            <w:tcW w:w="7539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</w:t>
            </w:r>
            <w:r>
              <w:rPr>
                <w:sz w:val="20"/>
              </w:rPr>
              <w:t>Stagiaire  ☐ Entreprise  ☐ Financeur  ☐ Autre : _______________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b/>
                <w:sz w:val="20"/>
              </w:rPr>
              <w:t>Formation concernée :</w:t>
            </w:r>
          </w:p>
        </w:tc>
        <w:tc>
          <w:tcPr>
            <w:tcW w:w="7539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color w:val="BBBBBB"/>
                <w:sz w:val="20"/>
              </w:rPr>
              <w:t>____________________________________________________________________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b/>
                <w:sz w:val="20"/>
              </w:rPr>
              <w:t>Date des faits :</w:t>
            </w:r>
          </w:p>
        </w:tc>
        <w:tc>
          <w:tcPr>
            <w:tcW w:w="7539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color w:val="BBBBBB"/>
                <w:sz w:val="20"/>
              </w:rPr>
              <w:t>____________________________________________________________________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120" w:after="80"/>
        <w:rPr/>
      </w:pPr>
      <w:r>
        <w:rPr>
          <w:b/>
          <w:color w:val="1F4E79"/>
          <w:sz w:val="22"/>
        </w:rPr>
        <w:t>PARTIE 2 — CATÉGORIE DE LA RÉCLAMATION</w:t>
      </w:r>
    </w:p>
    <w:tbl>
      <w:tblPr>
        <w:tblW w:w="94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37"/>
        <w:gridCol w:w="3137"/>
        <w:gridCol w:w="3137"/>
      </w:tblGrid>
      <w:tr>
        <w:trPr/>
        <w:tc>
          <w:tcPr>
            <w:tcW w:w="3137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 </w:t>
            </w:r>
            <w:r>
              <w:rPr>
                <w:sz w:val="20"/>
              </w:rPr>
              <w:t>Pédagogique (contenu, méthode, évaluation)</w:t>
            </w:r>
          </w:p>
        </w:tc>
        <w:tc>
          <w:tcPr>
            <w:tcW w:w="3137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 </w:t>
            </w:r>
            <w:r>
              <w:rPr>
                <w:sz w:val="20"/>
              </w:rPr>
              <w:t>Administrative (inscription, suivi, certification)</w:t>
            </w:r>
          </w:p>
        </w:tc>
        <w:tc>
          <w:tcPr>
            <w:tcW w:w="3137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 </w:t>
            </w:r>
            <w:r>
              <w:rPr>
                <w:sz w:val="20"/>
              </w:rPr>
              <w:t>Financière (tarifs, prise en charge, remboursements)</w:t>
            </w:r>
          </w:p>
        </w:tc>
      </w:tr>
      <w:tr>
        <w:trPr/>
        <w:tc>
          <w:tcPr>
            <w:tcW w:w="3137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 </w:t>
            </w:r>
            <w:r>
              <w:rPr>
                <w:sz w:val="20"/>
              </w:rPr>
              <w:t>Relation formateur (attitude, disponibilité, communication)</w:t>
            </w:r>
          </w:p>
        </w:tc>
        <w:tc>
          <w:tcPr>
            <w:tcW w:w="3137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 </w:t>
            </w:r>
            <w:r>
              <w:rPr>
                <w:sz w:val="20"/>
              </w:rPr>
              <w:t>Accessibilité / Handicap (aménagement, compensation)</w:t>
            </w:r>
          </w:p>
        </w:tc>
        <w:tc>
          <w:tcPr>
            <w:tcW w:w="3137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 </w:t>
            </w:r>
            <w:r>
              <w:rPr>
                <w:sz w:val="20"/>
              </w:rPr>
              <w:t>Autre (préciser dans la description ci-dessous)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120" w:after="80"/>
        <w:rPr/>
      </w:pPr>
      <w:r>
        <w:rPr>
          <w:b/>
          <w:color w:val="1F4E79"/>
          <w:sz w:val="22"/>
        </w:rPr>
        <w:t>PARTIE 3 — DESCRIPTION DÉTAILLÉE DE LA RÉCLAMATION</w:t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12"/>
      </w:tblGrid>
      <w:tr>
        <w:trPr/>
        <w:tc>
          <w:tcPr>
            <w:tcW w:w="9412" w:type="dxa"/>
            <w:tcBorders/>
            <w:shd w:color="auto" w:fill="F2F2F2" w:val="clear"/>
          </w:tcPr>
          <w:p>
            <w:pPr>
              <w:pStyle w:val="Normal"/>
              <w:spacing w:before="80" w:after="80"/>
              <w:rPr/>
            </w:pPr>
            <w:r>
              <w:rPr>
                <w:sz w:val="20"/>
              </w:rPr>
              <w:t>Décrivez précisément les faits, circonstances et votre attente :</w:t>
              <w:br/>
              <w:br/>
              <w:br/>
              <w:br/>
              <w:br/>
              <w:br/>
              <w:br/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spacing w:before="80" w:after="80"/>
        <w:rPr/>
      </w:pPr>
      <w:r>
        <w:rPr>
          <w:b/>
          <w:color w:val="1F4E79"/>
          <w:sz w:val="22"/>
        </w:rPr>
        <w:t>PARTIE 4 — PIÈCES JOINTES ET CONSENTEMENT</w:t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12"/>
      </w:tblGrid>
      <w:tr>
        <w:trPr/>
        <w:tc>
          <w:tcPr>
            <w:tcW w:w="9412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 xml:space="preserve">☐  </w:t>
            </w:r>
            <w:r>
              <w:rPr>
                <w:sz w:val="20"/>
              </w:rPr>
              <w:t>J'autorise l'organisme à conserver mes données pour le traitement de ma réclamation (RGPD — finalité légitime).</w:t>
            </w:r>
          </w:p>
        </w:tc>
      </w:tr>
      <w:tr>
        <w:trPr/>
        <w:tc>
          <w:tcPr>
            <w:tcW w:w="9412" w:type="dxa"/>
            <w:tcBorders/>
          </w:tcPr>
          <w:p>
            <w:pPr>
              <w:pStyle w:val="Normal"/>
              <w:spacing w:before="60" w:after="60"/>
              <w:rPr/>
            </w:pPr>
            <w:r>
              <w:rPr>
                <w:sz w:val="20"/>
              </w:rPr>
              <w:t>Pièce(s) jointe(s) : _____________________________________________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120" w:after="80"/>
        <w:rPr/>
      </w:pPr>
      <w:r>
        <w:rPr>
          <w:b/>
          <w:color w:val="1F4E79"/>
          <w:sz w:val="22"/>
        </w:rPr>
        <w:t>DATE ET SIGNATURE</w:t>
      </w:r>
    </w:p>
    <w:tbl>
      <w:tblPr>
        <w:tblW w:w="1009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2"/>
        <w:gridCol w:w="4988"/>
      </w:tblGrid>
      <w:tr>
        <w:trPr/>
        <w:tc>
          <w:tcPr>
            <w:tcW w:w="5102" w:type="dxa"/>
            <w:tcBorders/>
          </w:tcPr>
          <w:p>
            <w:pPr>
              <w:pStyle w:val="Normal"/>
              <w:spacing w:before="80" w:after="200"/>
              <w:rPr/>
            </w:pPr>
            <w:r>
              <w:rPr>
                <w:sz w:val="20"/>
              </w:rPr>
              <w:t>Fait à : ___________________________________</w:t>
            </w:r>
            <w:r>
              <w:rPr/>
              <w:br/>
              <w:t>Le : ___________________________________</w:t>
            </w:r>
          </w:p>
        </w:tc>
        <w:tc>
          <w:tcPr>
            <w:tcW w:w="4988" w:type="dxa"/>
            <w:tcBorders/>
          </w:tcPr>
          <w:p>
            <w:pPr>
              <w:pStyle w:val="Normal"/>
              <w:spacing w:before="80" w:after="200"/>
              <w:jc w:val="right"/>
              <w:rPr/>
            </w:pPr>
            <w:r>
              <w:rPr>
                <w:b/>
                <w:sz w:val="20"/>
              </w:rPr>
              <w:t>Signature du réclamant :</w:t>
              <w:br/>
              <w:br/>
              <w:br/>
              <w:br/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80"/>
        <w:rPr/>
      </w:pPr>
      <w:r>
        <w:rPr>
          <w:b/>
          <w:color w:val="1F4E79"/>
          <w:sz w:val="22"/>
        </w:rPr>
        <w:t>RÉSERVÉ À L'ORGANISME — TRAITEMENT INTERNE</w:t>
      </w:r>
    </w:p>
    <w:tbl>
      <w:tblPr>
        <w:tblW w:w="100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4"/>
        <w:gridCol w:w="7257"/>
      </w:tblGrid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N° de réclamation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</w:t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Date de réception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</w:t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Date d'accusé de réception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</w:t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Service concerné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</w:t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Action corrective engagée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__________________________________________________________________________________________</w:t>
            </w:r>
            <w:r>
              <w:rPr/>
              <w:br/>
              <w:t>__________________________________________________________________________________________</w:t>
              <w:br/>
              <w:t>__________________________________________________________________________________________</w:t>
              <w:br/>
              <w:t>__________________________________________________________________________________________</w:t>
              <w:br/>
              <w:t>__________________________________________________________________________________________</w:t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Analyse de cause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</w:t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Résultat / Clôture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</w:t>
            </w:r>
          </w:p>
        </w:tc>
      </w:tr>
      <w:tr>
        <w:trPr/>
        <w:tc>
          <w:tcPr>
            <w:tcW w:w="2834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b/>
                <w:sz w:val="20"/>
              </w:rPr>
              <w:t>Date de clôture :</w:t>
            </w:r>
          </w:p>
        </w:tc>
        <w:tc>
          <w:tcPr>
            <w:tcW w:w="7257" w:type="dxa"/>
            <w:tcBorders/>
          </w:tcPr>
          <w:p>
            <w:pPr>
              <w:pStyle w:val="Normal"/>
              <w:spacing w:before="80" w:after="80"/>
              <w:rPr/>
            </w:pPr>
            <w:r>
              <w:rPr>
                <w:color w:val="BBBBBB"/>
                <w:sz w:val="20"/>
              </w:rPr>
              <w:t>________________________________________________________________________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120" w:after="40"/>
        <w:rPr/>
      </w:pPr>
      <w:r>
        <w:rPr>
          <w:b/>
          <w:sz w:val="20"/>
        </w:rPr>
        <w:t xml:space="preserve">Nom et signature du responsable qualité : </w:t>
      </w:r>
      <w:r>
        <w:rPr/>
        <w:t>_______________________________________________________</w:t>
      </w:r>
    </w:p>
    <w:p>
      <w:pPr>
        <w:pStyle w:val="Normal"/>
        <w:pBdr>
          <w:bottom w:val="single" w:sz="6" w:space="1" w:color="1F4E79"/>
        </w:pBdr>
        <w:spacing w:before="40" w:after="40"/>
        <w:rPr/>
      </w:pPr>
      <w:r>
        <w:rPr/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12"/>
      </w:tblGrid>
      <w:tr>
        <w:trPr/>
        <w:tc>
          <w:tcPr>
            <w:tcW w:w="9412" w:type="dxa"/>
            <w:tcBorders/>
            <w:shd w:color="auto" w:fill="E2EFDA" w:val="clear"/>
          </w:tcPr>
          <w:p>
            <w:pPr>
              <w:pStyle w:val="Normal"/>
              <w:spacing w:before="120" w:after="120"/>
              <w:jc w:val="center"/>
              <w:rPr/>
            </w:pPr>
            <w:r>
              <w:rPr>
                <w:b/>
                <w:color w:val="375B23"/>
                <w:sz w:val="22"/>
              </w:rPr>
              <w:t>Engagements de délai</w:t>
            </w:r>
            <w:r>
              <w:rPr/>
              <w:br/>
            </w:r>
            <w:r>
              <w:rPr>
                <w:color w:val="375B23"/>
                <w:sz w:val="20"/>
              </w:rPr>
              <w:t>• Accusé de réception : sous 5 jours ouvrés</w:t>
              <w:br/>
              <w:t>• Réponse détaillée : sous 15 jours ouvrés</w:t>
            </w:r>
          </w:p>
        </w:tc>
      </w:tr>
    </w:tbl>
    <w:p>
      <w:pPr>
        <w:pStyle w:val="Normal"/>
        <w:spacing w:before="200" w:after="0"/>
        <w:jc w:val="center"/>
        <w:rPr/>
      </w:pPr>
      <w:r>
        <w:rPr>
          <w:i/>
          <w:color w:val="707070"/>
          <w:sz w:val="16"/>
        </w:rPr>
        <w:t xml:space="preserve">Document à transmettre au service qualité de l'organisme </w:t>
      </w:r>
      <w:r>
        <w:rPr>
          <w:i/>
          <w:color w:val="707070"/>
          <w:sz w:val="16"/>
        </w:rPr>
        <w:t>vastesressources@gmail.com</w:t>
      </w:r>
    </w:p>
    <w:p>
      <w:pPr>
        <w:pStyle w:val="Normal"/>
        <w:spacing w:before="200" w:after="0"/>
        <w:jc w:val="center"/>
        <w:rPr/>
      </w:pPr>
      <w:r>
        <w:rPr>
          <w:i/>
          <w:color w:val="707070"/>
          <w:sz w:val="16"/>
        </w:rPr>
        <w:t>. Copies conservées conformément à la politique de gestion documentaire ISO 21001.</w:t>
      </w:r>
    </w:p>
    <w:sectPr>
      <w:type w:val="nextPage"/>
      <w:pgSz w:w="11906" w:h="16838"/>
      <w:pgMar w:left="1247" w:right="124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re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3</Pages>
  <Words>245</Words>
  <Characters>2809</Characters>
  <CharactersWithSpaces>3029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/>
  <dcterms:modified xsi:type="dcterms:W3CDTF">2026-07-21T11:59:55Z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